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
  <Relationship Id="rId3" Type="http://schemas.openxmlformats.org/package/2006/relationships/metadata/core-properties" Target="docProps/core.xml"></Relationship>
  <Relationship Id="rId4" Type="http://schemas.openxmlformats.org/officeDocument/2006/relationships/extended-properties" Target="docProps/app.xml"></Relationship>
  <Relationship Id="rId1" Type="http://schemas.openxmlformats.org/officeDocument/2006/relationships/officeDocument" Target="word/document.xml"></Relationship>
  <Relationship Id="rId2" Type="http://schemas.openxmlformats.org/package/2006/relationships/metadata/thumbnail" Target="docProps/thumbnail.jpeg"></Relationship>
  <Relationship Id="rId5" Type="http://schemas.openxmlformats.org/officeDocument/2006/relationships/custom-properties" Target="docProps/custom.xml"></Relationship>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3A5F"/>
          <w:sz w:val="36"/>
        </w:rPr>
        <w:t>采购需求登记表</w:t>
      </w:r>
    </w:p>
    <w:p>
      <w:pPr>
        <w:jc w:val="center"/>
      </w:pPr>
      <w:r>
        <w:rPr>
          <w:color w:val="B8860B"/>
          <w:sz w:val="21"/>
        </w:rPr>
        <w:t>货满堂国际采购商服务中心  ·  服务热线 18653925567</w:t>
      </w:r>
    </w:p>
    <w:p>
      <w:r>
        <w:t>本表用于登记贵司采购需求，中心将据此进行前置需求匹配，对接临沂产业带优质供应商。请如实填写并提交。</w:t>
      </w:r>
    </w:p>
    <w:p>
      <w:r>
        <w:rPr>
          <w:b/>
          <w:color w:val="1F3A5F"/>
          <w:sz w:val="25"/>
        </w:rPr>
        <w:t>一、采购商基本信息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企业名称（外文/中文）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所属国家 / 地区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企业类型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□批发商  □商超连锁  □跨境电商  □进口贸易商  □品牌商  □其他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成立时间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年采购规模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联系人及职务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联系电话 / 邮箱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来华参会记录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□首次来华  □曾参加____届展会/活动</w:t>
            </w:r>
          </w:p>
        </w:tc>
      </w:tr>
    </w:tbl>
    <w:p>
      <w:r>
        <w:rPr>
          <w:b/>
          <w:color w:val="1F3A5F"/>
          <w:sz w:val="25"/>
        </w:rPr>
        <w:t>二、采购需求信息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主营采购品类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本次重点采购产品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采购量级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□试单（小批量）  □批量采购  □长期年度采购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目标价格带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产品认证要求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期望交货期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三、采购合作偏好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偏好供应商类型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□源头工厂  □贸易公司  □品牌商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最小起订量要求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偏好付款方式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是否需要验厂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  □否</w:t>
            </w:r>
          </w:p>
        </w:tc>
      </w:tr>
    </w:tbl>
    <w:p>
      <w:r>
        <w:rPr>
          <w:b/>
          <w:color w:val="1F3A5F"/>
          <w:sz w:val="25"/>
        </w:rPr>
        <w:t>四、行程与服务需求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拟来华 / 参会时间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是否需要签证邀请函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  □否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交通住宿需求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□需要接送机  □需要协助预订酒店  □无特殊需求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是否安排工厂/市场考察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□是，重点考察品类：____  □否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是否参与政企交流活动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□是  □否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重点意向对接企业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b/>
          <w:color w:val="1F3A5F"/>
          <w:sz w:val="25"/>
        </w:rPr>
        <w:t>五、对接跟进记录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948"/>
          </w:tcPr>
          <w:p>
            <w:r>
              <w:rPr>
                <w:b/>
                <w:sz w:val="21"/>
              </w:rPr>
              <w:t>对接企业名单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对接成果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□初步意向  □签订意向协议  □待跟进  □无合作意向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意向等级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  <w:t>□高  □中  □低</w:t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跟进节点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  <w:tr>
        <w:tc>
          <w:tcPr>
            <w:tcW w:type="dxa" w:w="2948"/>
          </w:tcPr>
          <w:p>
            <w:r>
              <w:rPr>
                <w:b/>
                <w:sz w:val="21"/>
              </w:rPr>
              <w:t>备注</w:t>
            </w:r>
          </w:p>
        </w:tc>
        <w:tc>
          <w:tcPr>
            <w:tcW w:type="dxa" w:w="6123"/>
          </w:tcPr>
          <w:p>
            <w:r>
              <w:rPr>
                <w:sz w:val="21"/>
              </w:rPr>
            </w:r>
          </w:p>
        </w:tc>
      </w:tr>
    </w:tbl>
    <w:p>
      <w:r>
        <w:rPr>
          <w:color w:val="888888"/>
          <w:sz w:val="18"/>
        </w:rPr>
        <w:t>填写说明：带 □ 的选项请打钩；本表信息仅用于中心供需匹配服务，将严格保密。</w:t>
      </w:r>
    </w:p>
    <w:p>
      <w:pPr>
        <w:jc w:val="left"/>
      </w:pPr>
      <w:r>
        <w:rPr>
          <w:b w:val="0"/>
          <w:i w:val="0"/>
          <w:color w:val="999999"/>
        </w:rPr>
        <w:t>（内容由AI生成，仅供参考）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XGW3","ProduceID":"f152c4200019000c4f2c9c514ee2eb4a_8ef1692dae7c11f188ac525400dcc5b3","ReservedCode1":"p8RKGO8tZAyjAb+9mpLVmZCzB2kD1wWsR5ZPq35VgRC79QA4mL2tZEm+d/fDibjX7nZMxrcdHK9CWKGbpW/8MnCyqEuVtHGYpNEUEpmWByGFJxPSrrUYxMsSmgXz5d34UC7/anp/SXcgCTP/drljtOw5AidNgf+KPVQsTyeeVEoQdXFf0BxKZnnXqEc=","ContentPropagator":"001191440300708461136T1XGW3","PropagateID":"f152c4200019000c4f2c9c514ee2eb4a_8ef1692dae7c11f188ac525400dcc5b3","ReservedCode2":"p8RKGO8tZAyjAb+9mpLVmZCzB2kD1wWsR5ZPq35VgRC79QA4mL2tZEm+d/fDibjX7nZMxrcdHK9CWKGbpW/8MnCyqEuVtHGYpNEUEpmWByGFJxPSrrUYxMsSmgXz5d34UC7/anp/SXcgCTP/drljtOw5AidNgf+KPVQsTyeeVEoQdXFf0BxKZnnXqEc="}</vt:lpwstr>
  </property>
</Properties>
</file>