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
  <Relationship Id="rId3" Type="http://schemas.openxmlformats.org/package/2006/relationships/metadata/core-properties" Target="docProps/core.xml"></Relationship>
  <Relationship Id="rId4" Type="http://schemas.openxmlformats.org/officeDocument/2006/relationships/extended-properties" Target="docProps/app.xml"></Relationship>
  <Relationship Id="rId1" Type="http://schemas.openxmlformats.org/officeDocument/2006/relationships/officeDocument" Target="word/document.xml"></Relationship>
  <Relationship Id="rId2" Type="http://schemas.openxmlformats.org/package/2006/relationships/metadata/thumbnail" Target="docProps/thumbnail.jpeg"></Relationship>
  <Relationship Id="rId5" Type="http://schemas.openxmlformats.org/officeDocument/2006/relationships/custom-properties" Target="docProps/custom.xml"></Relationship>
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3A5F"/>
          <w:sz w:val="36"/>
        </w:rPr>
        <w:t>供应商合作协议</w:t>
      </w:r>
    </w:p>
    <w:p>
      <w:pPr>
        <w:jc w:val="center"/>
      </w:pPr>
      <w:r>
        <w:rPr>
          <w:color w:val="B8860B"/>
          <w:sz w:val="21"/>
        </w:rPr>
        <w:t>货满堂国际采购商服务中心  ·  协议编号：HMT-SUP-________</w:t>
      </w:r>
    </w:p>
    <w:p/>
    <w:p>
      <w:r>
        <w:rPr>
          <w:b/>
          <w:color w:val="1F3A5F"/>
          <w:sz w:val="25"/>
        </w:rPr>
        <w:t>甲方（服务中心）</w:t>
      </w:r>
    </w:p>
    <w:p>
      <w:r>
        <w:t>货满堂国际采购商服务中心</w:t>
      </w:r>
    </w:p>
    <w:p>
      <w:r>
        <w:t>地址：山东省临沂市兰山区宏大路与大山路交汇兰田国际6楼</w:t>
      </w:r>
    </w:p>
    <w:p>
      <w:r>
        <w:t>联系人：孙远招    联系电话：18653925567</w:t>
      </w:r>
    </w:p>
    <w:p>
      <w:r>
        <w:rPr>
          <w:b/>
          <w:color w:val="1F3A5F"/>
          <w:sz w:val="25"/>
        </w:rPr>
        <w:t>乙方（供应商）</w:t>
      </w:r>
    </w:p>
    <w:p>
      <w:r>
        <w:t>企业全称：________________________    统一社会信用代码：________________________</w:t>
      </w:r>
    </w:p>
    <w:p>
      <w:r>
        <w:t>企业地址：________________________</w:t>
      </w:r>
    </w:p>
    <w:p>
      <w:r>
        <w:t>联系人及职务：________________________    联系电话/邮箱：________________________</w:t>
      </w:r>
    </w:p>
    <w:p>
      <w:r>
        <w:rPr>
          <w:b/>
          <w:color w:val="1F3A5F"/>
          <w:sz w:val="25"/>
        </w:rPr>
        <w:t>一、合作内容</w:t>
      </w:r>
    </w:p>
    <w:p>
      <w:r>
        <w:t>1. 乙方自愿加入甲方供应商库，由甲方依托国际采购商资源，为乙方提供采购需求匹配、国际采购商对接、参展参会等服务。</w:t>
      </w:r>
    </w:p>
    <w:p>
      <w:r>
        <w:t>2. 甲方围绕“走出去 + 引进来”双核心定位，协助乙方拓展蒙古国、日本、韩国等海外市场。</w:t>
      </w:r>
    </w:p>
    <w:p>
      <w:r>
        <w:rPr>
          <w:b/>
          <w:color w:val="1F3A5F"/>
          <w:sz w:val="25"/>
        </w:rPr>
        <w:t>二、双方权利义务</w:t>
      </w:r>
    </w:p>
    <w:p>
      <w:r>
        <w:t>1. 甲方应优先向符合乙方主营品类的国际采购商推荐乙方，组织参加采购对接会、选品会、行业沙龙及国际展会等活动。</w:t>
      </w:r>
    </w:p>
    <w:p>
      <w:r>
        <w:t>2. 乙方应保证所提供产品与资质的真实性、合法性，配合甲方进行供需匹配与现场对接。</w:t>
      </w:r>
    </w:p>
    <w:p>
      <w:r>
        <w:t>3. 双方应保守因合作知悉的对方商业信息，未经书面同意不得向第三方披露。</w:t>
      </w:r>
    </w:p>
    <w:p>
      <w:r>
        <w:rPr>
          <w:b/>
          <w:color w:val="1F3A5F"/>
          <w:sz w:val="25"/>
        </w:rPr>
        <w:t>三、合作期限</w:t>
      </w:r>
    </w:p>
    <w:p>
      <w:r>
        <w:t>本协议自双方签字盖章之日起生效，有效期为 ____ 年。期满前一个月双方可协商续签。</w:t>
      </w:r>
    </w:p>
    <w:p>
      <w:r>
        <w:rPr>
          <w:b/>
          <w:color w:val="1F3A5F"/>
          <w:sz w:val="25"/>
        </w:rPr>
        <w:t>四、其他</w:t>
      </w:r>
    </w:p>
    <w:p>
      <w:r>
        <w:t>1. 本协议未尽事宜，双方另行协商解决。</w:t>
      </w:r>
    </w:p>
    <w:p>
      <w:r>
        <w:t>2. 本协议一式两份，甲乙双方各执一份，具有同等法律效力。</w:t>
      </w:r>
    </w:p>
    <w:p/>
    <w:p>
      <w:r>
        <w:t>甲方（盖章）：____________________    乙方（盖章）：____________________</w:t>
      </w:r>
    </w:p>
    <w:p>
      <w:r>
        <w:t>签字：____________________              签字：____________________</w:t>
      </w:r>
    </w:p>
    <w:p>
      <w:r>
        <w:t>日期：________年____月____日          日期：________年____月____日</w:t>
      </w:r>
    </w:p>
    <w:p>
      <w:r>
        <w:rPr>
          <w:color w:val="888888"/>
          <w:sz w:val="18"/>
        </w:rPr>
        <w:t>注：本文件为模板，具体条款以双方最终签署版本为准。</w:t>
      </w:r>
    </w:p>
    <w:p>
      <w:pPr>
        <w:jc w:val="left"/>
      </w:pPr>
      <w:r>
        <w:rPr>
          <w:b w:val="0"/>
          <w:i w:val="0"/>
          <w:color w:val="999999"/>
        </w:rPr>
        <w:t>（内容由AI生成，仅供参考）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XGW3","ProduceID":"f152c4200019000c4f2c9c514ee2eb4a_9159629eae7c11f188ac525400dcc5b3","ReservedCode1":"yRe1FBtbvgaapfGX+/ZnUES/6YiRq5oyOG2Au2S32jzkyZrAusmB9ABjMNkDLT6M8PdWgqm7Gim5oP26Q5NGxqYPB1+5xoXfewXJuIKXm2sQ8Cf5WasLSEQWi2MKfkAiAZh0WFk8cy7hd8TV0rh1GQIL51juWuOu3xzM9/9PEtqz9Mfrne8GIPynI7I=","ContentPropagator":"001191440300708461136T1XGW3","PropagateID":"f152c4200019000c4f2c9c514ee2eb4a_9159629eae7c11f188ac525400dcc5b3","ReservedCode2":"yRe1FBtbvgaapfGX+/ZnUES/6YiRq5oyOG2Au2S32jzkyZrAusmB9ABjMNkDLT6M8PdWgqm7Gim5oP26Q5NGxqYPB1+5xoXfewXJuIKXm2sQ8Cf5WasLSEQWi2MKfkAiAZh0WFk8cy7hd8TV0rh1GQIL51juWuOu3xzM9/9PEtqz9Mfrne8GIPynI7I="}</vt:lpwstr>
  </property>
</Properties>
</file>